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Hardship Letter Templates Bundle</w:t>
      </w:r>
    </w:p>
    <w:p>
      <w:r>
        <w:t>This bundle includes templates for common hardship situations: Utilities, Rent, Medical Bills, and General Creditors.</w:t>
        <w:br/>
        <w:br/>
      </w:r>
    </w:p>
    <w:p>
      <w:pPr>
        <w:pStyle w:val="Heading2"/>
      </w:pPr>
      <w:r>
        <w:t>1. Utility Hardship Letter</w:t>
      </w:r>
    </w:p>
    <w:p>
      <w:r>
        <w:t>Dear [Utility Company Representative],</w:t>
        <w:br/>
        <w:br/>
        <w:t>I am requesting assistance with my account #[Account Number] due to financial hardship. My service has been [☐ disconnected / ☐ threatened with disconnection] with an outstanding balance of $[amount].</w:t>
        <w:br/>
        <w:br/>
        <w:t>I ask for reconnection or prevention of disconnection, enrollment in hardship programs, and a reasonable payment plan. Attached are supporting documents. Thank you for your urgent review.</w:t>
        <w:br/>
        <w:br/>
        <w:t>Sincerely,</w:t>
        <w:br/>
        <w:t>[Your Name]</w:t>
      </w:r>
    </w:p>
    <w:p>
      <w:pPr>
        <w:pStyle w:val="Heading2"/>
      </w:pPr>
      <w:r>
        <w:t>2. Rent Hardship Letter (to Landlord/Housing Authority)</w:t>
      </w:r>
    </w:p>
    <w:p>
      <w:r>
        <w:t>Dear [Landlord/Property Manager],</w:t>
        <w:br/>
        <w:br/>
        <w:t>I am writing to request assistance with my rent due to financial hardship. My rent of $[amount] for [month] is currently past due, and I am unable to make full payment because of [reason: job loss, medical expenses, reduced hours, etc.].</w:t>
        <w:br/>
        <w:br/>
        <w:t>I kindly ask that you consider:</w:t>
        <w:br/>
        <w:t>- A temporary payment plan</w:t>
        <w:br/>
        <w:t>- A grace period or deferral</w:t>
        <w:br/>
        <w:t>- Waiving late fees</w:t>
        <w:br/>
        <w:br/>
        <w:t>I value my tenancy and am committed to resolving this situation. Attached are documents supporting my hardship.</w:t>
        <w:br/>
        <w:br/>
        <w:t>Sincerely,</w:t>
        <w:br/>
        <w:t>[Your Name]</w:t>
      </w:r>
    </w:p>
    <w:p>
      <w:pPr>
        <w:pStyle w:val="Heading2"/>
      </w:pPr>
      <w:r>
        <w:t>3. Medical Bill Hardship Letter (to Hospital/Provider)</w:t>
      </w:r>
    </w:p>
    <w:p>
      <w:r>
        <w:t>Dear [Billing Department/Financial Assistance Office],</w:t>
        <w:br/>
        <w:br/>
        <w:t>I am writing to request financial assistance with my outstanding medical bill(s). Due to [reason: unemployment, medical expenses, reduced income], I am unable to pay the full amount of $[amount].</w:t>
        <w:br/>
        <w:br/>
        <w:t>I respectfully request:</w:t>
        <w:br/>
        <w:t>- Enrollment in your financial assistance or charity care program</w:t>
        <w:br/>
        <w:t>- A reduced payment arrangement</w:t>
        <w:br/>
        <w:t>- Waiving of late fees or interest</w:t>
        <w:br/>
        <w:br/>
        <w:t>Attached are documents verifying my income and hardship. I kindly ask for your urgent review of this request.</w:t>
        <w:br/>
        <w:br/>
        <w:t>Sincerely,</w:t>
        <w:br/>
        <w:t>[Your Name]</w:t>
      </w:r>
    </w:p>
    <w:p>
      <w:pPr>
        <w:pStyle w:val="Heading2"/>
      </w:pPr>
      <w:r>
        <w:t>4. General Hardship Letter (to Creditors/Lenders)</w:t>
      </w:r>
    </w:p>
    <w:p>
      <w:r>
        <w:t>Dear [Creditor/Lender],</w:t>
        <w:br/>
        <w:br/>
        <w:t>I am writing regarding my account #[Account Number]. I am currently experiencing financial hardship due to [reason: medical emergency, job loss, reduced hours, etc.]. This has made it difficult to stay current on my payments.</w:t>
        <w:br/>
        <w:br/>
        <w:t>I respectfully request:</w:t>
        <w:br/>
        <w:t>- A temporary payment plan or reduced payment</w:t>
        <w:br/>
        <w:t>- Waiver of late fees or penalties</w:t>
        <w:br/>
        <w:t>- Enrollment in any available hardship program</w:t>
        <w:br/>
        <w:br/>
        <w:t>Attached are supporting documents regarding my financial situation. Thank you for your consideration.</w:t>
        <w:br/>
        <w:br/>
        <w:t>Sincerely,</w:t>
        <w:br/>
        <w:t>[Your Name]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