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left"/>
      </w:pPr>
      <w:r>
        <w:t>Medical Bill Hardship Letter Template (Fillable)</w:t>
      </w:r>
    </w:p>
    <w:p>
      <w:r>
        <w:rPr>
          <w:b/>
        </w:rPr>
        <w:t xml:space="preserve">Patient Name: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Address: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City, State, ZIP Code: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Phone Number: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Email Address: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Date (MM/DD/YYYY): </w:t>
      </w:r>
      <w:r>
        <w:rPr>
          <w:sz w:val="20"/>
        </w:rPr>
        <w:t>_____________________________________________</w:t>
      </w:r>
    </w:p>
    <w:p/>
    <w:p>
      <w:r>
        <w:t>To:</w:t>
      </w:r>
    </w:p>
    <w:p>
      <w:r>
        <w:rPr>
          <w:b/>
        </w:rPr>
        <w:t xml:space="preserve">Hospital/Provider Name: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Department (e.g., Billing/Financial Assistance Office):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Provider Address: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City, State, ZIP Code: </w:t>
      </w:r>
      <w:r>
        <w:rPr>
          <w:sz w:val="20"/>
        </w:rPr>
        <w:t>_____________________________________________</w:t>
      </w:r>
    </w:p>
    <w:p/>
    <w:p>
      <w:r>
        <w:rPr>
          <w:b/>
        </w:rPr>
        <w:t xml:space="preserve">Subject: </w:t>
      </w:r>
      <w:r>
        <w:rPr>
          <w:b/>
        </w:rPr>
        <w:t>Medical Bill Hardship Request for Account #</w:t>
      </w:r>
      <w:r>
        <w:rPr>
          <w:i/>
        </w:rPr>
        <w:t>[Account Number]</w:t>
      </w:r>
    </w:p>
    <w:p/>
    <w:p>
      <w:r>
        <w:t>Dear [Billing Department/Financial Assistance Office],</w:t>
      </w:r>
    </w:p>
    <w:p>
      <w:r>
        <w:rPr>
          <w:b/>
        </w:rPr>
        <w:t xml:space="preserve">Date(s) of Service: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Total Amount Due ($):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Insurance Status (insured/uninsured/underinsured): </w:t>
      </w:r>
      <w:r>
        <w:rPr>
          <w:sz w:val="20"/>
        </w:rPr>
        <w:t>_____________________________________________</w:t>
      </w:r>
    </w:p>
    <w:p>
      <w:r>
        <w:rPr>
          <w:b/>
        </w:rPr>
        <w:t xml:space="preserve">Brief Reason for Hardship (job loss, reduced income, high medical costs, etc.): </w:t>
      </w:r>
      <w:r>
        <w:rPr>
          <w:sz w:val="20"/>
        </w:rPr>
        <w:t>____________________________________________________________</w:t>
      </w:r>
    </w:p>
    <w:p>
      <w:r>
        <w:t>I respectfully request the following while I recover:</w:t>
      </w:r>
    </w:p>
    <w:p>
      <w:pPr>
        <w:pStyle w:val="ListNumber"/>
      </w:pPr>
      <w:r>
        <w:t>1) Enrollment in financial assistance / charity care program.</w:t>
      </w:r>
    </w:p>
    <w:p>
      <w:pPr>
        <w:pStyle w:val="ListNumber"/>
      </w:pPr>
      <w:r>
        <w:t>2) A zero-interest payment plan of $</w:t>
      </w:r>
      <w:r>
        <w:rPr>
          <w:sz w:val="20"/>
        </w:rPr>
        <w:t>__________</w:t>
      </w:r>
      <w:r>
        <w:t xml:space="preserve"> per month.</w:t>
      </w:r>
    </w:p>
    <w:p>
      <w:pPr>
        <w:pStyle w:val="ListNumber"/>
      </w:pPr>
      <w:r>
        <w:t>3) Waiver of late fees and interest while assistance is reviewed.</w:t>
      </w:r>
    </w:p>
    <w:p>
      <w:pPr>
        <w:pStyle w:val="ListNumber"/>
      </w:pPr>
      <w:r>
        <w:t>4) An itemized bill and information on the financial assistance application process.</w:t>
      </w:r>
    </w:p>
    <w:p>
      <w:r>
        <w:t>Attached are supporting documents verifying my hardship (e.g., proof of income/benefits, recent pay stubs, medical bills). I value my relationship with your organization and will keep you informed of any changes to my situation.</w:t>
      </w:r>
    </w:p>
    <w:p>
      <w:r>
        <w:rPr>
          <w:b/>
        </w:rPr>
        <w:t xml:space="preserve">Best Phone/Email for Follow-up: </w:t>
      </w:r>
      <w:r>
        <w:rPr>
          <w:sz w:val="20"/>
        </w:rPr>
        <w:t>________________________________________</w:t>
      </w:r>
    </w:p>
    <w:p>
      <w:r>
        <w:rPr>
          <w:b/>
        </w:rPr>
        <w:t xml:space="preserve">Preferred Time to Contact: </w:t>
      </w:r>
      <w:r>
        <w:rPr>
          <w:sz w:val="20"/>
        </w:rPr>
        <w:t>________________________________________</w:t>
      </w:r>
    </w:p>
    <w:p>
      <w:r>
        <w:t>Thank you for your consideration and prompt review.</w:t>
      </w:r>
    </w:p>
    <w:p/>
    <w:p>
      <w:r>
        <w:t>Sincerely,</w:t>
      </w:r>
    </w:p>
    <w:p>
      <w:r>
        <w:rPr>
          <w:b/>
        </w:rPr>
        <w:t xml:space="preserve">Signature (if mailing): </w:t>
      </w:r>
      <w:r>
        <w:rPr>
          <w:sz w:val="20"/>
        </w:rPr>
        <w:t>______________________________</w:t>
      </w:r>
    </w:p>
    <w:p>
      <w:r>
        <w:rPr>
          <w:b/>
        </w:rPr>
        <w:t xml:space="preserve">Printed Name: </w:t>
      </w:r>
      <w:r>
        <w:rPr>
          <w:sz w:val="20"/>
        </w:rPr>
        <w:t>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