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left"/>
      </w:pPr>
      <w:r>
        <w:t>Rent Hardship Letter Template (Fillable)</w:t>
      </w:r>
    </w:p>
    <w:p>
      <w:r>
        <w:rPr>
          <w:b/>
        </w:rPr>
        <w:t xml:space="preserve">Your Name: </w:t>
      </w:r>
      <w:r>
        <w:rPr>
          <w:sz w:val="20"/>
        </w:rPr>
        <w:t>_____________________________________________</w:t>
      </w:r>
    </w:p>
    <w:p>
      <w:r>
        <w:rPr>
          <w:b/>
        </w:rPr>
        <w:t xml:space="preserve">Your Address: </w:t>
      </w:r>
      <w:r>
        <w:rPr>
          <w:sz w:val="20"/>
        </w:rPr>
        <w:t>_____________________________________________</w:t>
      </w:r>
    </w:p>
    <w:p>
      <w:r>
        <w:rPr>
          <w:b/>
        </w:rPr>
        <w:t xml:space="preserve">City, State, ZIP Code: </w:t>
      </w:r>
      <w:r>
        <w:rPr>
          <w:sz w:val="20"/>
        </w:rPr>
        <w:t>_____________________________________________</w:t>
      </w:r>
    </w:p>
    <w:p>
      <w:r>
        <w:rPr>
          <w:b/>
        </w:rPr>
        <w:t xml:space="preserve">Phone Number: </w:t>
      </w:r>
      <w:r>
        <w:rPr>
          <w:sz w:val="20"/>
        </w:rPr>
        <w:t>_____________________________________________</w:t>
      </w:r>
    </w:p>
    <w:p>
      <w:r>
        <w:rPr>
          <w:b/>
        </w:rPr>
        <w:t xml:space="preserve">Email Address: </w:t>
      </w:r>
      <w:r>
        <w:rPr>
          <w:sz w:val="20"/>
        </w:rPr>
        <w:t>_____________________________________________</w:t>
      </w:r>
    </w:p>
    <w:p>
      <w:r>
        <w:rPr>
          <w:b/>
        </w:rPr>
        <w:t xml:space="preserve">Date (MM/DD/YYYY): </w:t>
      </w:r>
      <w:r>
        <w:rPr>
          <w:sz w:val="20"/>
        </w:rPr>
        <w:t>_____________________________________________</w:t>
      </w:r>
    </w:p>
    <w:p/>
    <w:p>
      <w:pPr/>
      <w:r>
        <w:t>To:</w:t>
      </w:r>
    </w:p>
    <w:p>
      <w:r>
        <w:rPr>
          <w:b/>
        </w:rPr>
        <w:t xml:space="preserve">Landlord/Property Manager Name: </w:t>
      </w:r>
      <w:r>
        <w:rPr>
          <w:sz w:val="20"/>
        </w:rPr>
        <w:t>_____________________________________________</w:t>
      </w:r>
    </w:p>
    <w:p>
      <w:r>
        <w:rPr>
          <w:b/>
        </w:rPr>
        <w:t xml:space="preserve">Company/Property Name: </w:t>
      </w:r>
      <w:r>
        <w:rPr>
          <w:sz w:val="20"/>
        </w:rPr>
        <w:t>_____________________________________________</w:t>
      </w:r>
    </w:p>
    <w:p>
      <w:r>
        <w:rPr>
          <w:b/>
        </w:rPr>
        <w:t xml:space="preserve">Address: </w:t>
      </w:r>
      <w:r>
        <w:rPr>
          <w:sz w:val="20"/>
        </w:rPr>
        <w:t>_____________________________________________</w:t>
      </w:r>
    </w:p>
    <w:p>
      <w:r>
        <w:rPr>
          <w:b/>
        </w:rPr>
        <w:t xml:space="preserve">City, State, ZIP Code: </w:t>
      </w:r>
      <w:r>
        <w:rPr>
          <w:sz w:val="20"/>
        </w:rPr>
        <w:t>_____________________________________________</w:t>
      </w:r>
    </w:p>
    <w:p/>
    <w:p>
      <w:r>
        <w:rPr>
          <w:b/>
        </w:rPr>
        <w:t xml:space="preserve">Subject: </w:t>
      </w:r>
      <w:r>
        <w:rPr>
          <w:b/>
        </w:rPr>
        <w:t xml:space="preserve">Rent Hardship Request for </w:t>
      </w:r>
      <w:r>
        <w:rPr>
          <w:i/>
        </w:rPr>
        <w:t xml:space="preserve">[Property Address / Unit #] </w:t>
      </w:r>
      <w:r>
        <w:rPr>
          <w:b/>
        </w:rPr>
        <w:t>(Lease #</w:t>
      </w:r>
      <w:r>
        <w:rPr>
          <w:i/>
        </w:rPr>
        <w:t>[Lease Number]</w:t>
      </w:r>
      <w:r>
        <w:rPr>
          <w:b/>
        </w:rPr>
        <w:t>)</w:t>
      </w:r>
    </w:p>
    <w:p/>
    <w:p>
      <w:r>
        <w:t>Dear [Landlord/Property Manager],</w:t>
      </w:r>
    </w:p>
    <w:p>
      <w:r>
        <w:t>I’m writing to request assistance with my rent due to a temporary financial hardship.</w:t>
      </w:r>
    </w:p>
    <w:p>
      <w:r>
        <w:rPr>
          <w:b/>
        </w:rPr>
        <w:t xml:space="preserve">Amount Due ($): </w:t>
      </w:r>
      <w:r>
        <w:rPr>
          <w:sz w:val="20"/>
        </w:rPr>
        <w:t>_____________________________________________</w:t>
      </w:r>
    </w:p>
    <w:p>
      <w:r>
        <w:rPr>
          <w:b/>
        </w:rPr>
        <w:t xml:space="preserve">Month(s) Owed: </w:t>
      </w:r>
      <w:r>
        <w:rPr>
          <w:sz w:val="20"/>
        </w:rPr>
        <w:t>_____________________________________________</w:t>
      </w:r>
    </w:p>
    <w:p>
      <w:r>
        <w:rPr>
          <w:b/>
        </w:rPr>
        <w:t xml:space="preserve">Brief Reason (job loss, reduced hours, medical costs, etc.): </w:t>
      </w:r>
      <w:r>
        <w:rPr>
          <w:sz w:val="20"/>
        </w:rPr>
        <w:t>_____________________________________________</w:t>
      </w:r>
    </w:p>
    <w:p>
      <w:r>
        <w:t>I respectfully request the following while I recover:</w:t>
      </w:r>
    </w:p>
    <w:p>
      <w:pPr>
        <w:pStyle w:val="ListNumber"/>
      </w:pPr>
      <w:r>
        <w:t>1) A payment arrangement of $</w:t>
      </w:r>
      <w:r>
        <w:rPr>
          <w:sz w:val="20"/>
        </w:rPr>
        <w:t>____________</w:t>
      </w:r>
      <w:r>
        <w:rPr>
          <w:b w:val="0"/>
        </w:rPr>
        <w:t xml:space="preserve"> per </w:t>
      </w:r>
      <w:r>
        <w:rPr>
          <w:sz w:val="20"/>
        </w:rPr>
        <w:t>__________</w:t>
      </w:r>
      <w:r>
        <w:t xml:space="preserve"> (week/biweekly/month) until the balance is current.</w:t>
      </w:r>
    </w:p>
    <w:p>
      <w:pPr>
        <w:pStyle w:val="ListNumber"/>
      </w:pPr>
      <w:r>
        <w:t>2) A waiver of late fees during this hardship period.</w:t>
      </w:r>
    </w:p>
    <w:p>
      <w:pPr>
        <w:pStyle w:val="ListNumber"/>
      </w:pPr>
      <w:r>
        <w:t>3) A pause on eviction proceedings while this arrangement is in place.</w:t>
      </w:r>
    </w:p>
    <w:p>
      <w:r>
        <w:t>I value my tenancy and am committed to resolving this balance. Attached are supporting documents (e.g., proof of income, benefits, or expenses).</w:t>
      </w:r>
    </w:p>
    <w:p>
      <w:r>
        <w:rPr>
          <w:b/>
        </w:rPr>
        <w:t xml:space="preserve">Date to Revisit Plan: </w:t>
      </w:r>
      <w:r>
        <w:rPr>
          <w:sz w:val="20"/>
        </w:rPr>
        <w:t>_____________________________________________</w:t>
      </w:r>
    </w:p>
    <w:p>
      <w:r>
        <w:t>Thank you for your understanding and prompt consideration.</w:t>
      </w:r>
    </w:p>
    <w:p/>
    <w:p>
      <w:r>
        <w:t>Sincerely,</w:t>
      </w:r>
    </w:p>
    <w:p>
      <w:r>
        <w:rPr>
          <w:b/>
        </w:rPr>
        <w:t xml:space="preserve">Signature (if mailing): </w:t>
      </w:r>
      <w:r>
        <w:rPr>
          <w:sz w:val="20"/>
        </w:rPr>
        <w:t>______________________________</w:t>
      </w:r>
    </w:p>
    <w:p>
      <w:r>
        <w:rPr>
          <w:b/>
        </w:rPr>
        <w:t xml:space="preserve">Printed Name: </w:t>
      </w:r>
      <w:r>
        <w:rPr>
          <w:sz w:val="20"/>
        </w:rPr>
        <w:t>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