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Utility Hardship Letter Template (Fillable)</w:t>
      </w:r>
    </w:p>
    <w:p>
      <w:r>
        <w:t xml:space="preserve">Your Name: </w:t>
      </w:r>
      <w:r>
        <w:rPr>
          <w:sz w:val="20"/>
        </w:rPr>
        <w:t>__________________________________</w:t>
      </w:r>
    </w:p>
    <w:p>
      <w:r>
        <w:t xml:space="preserve">Your Address: </w:t>
      </w:r>
      <w:r>
        <w:rPr>
          <w:sz w:val="20"/>
        </w:rPr>
        <w:t>__________________________________</w:t>
      </w:r>
    </w:p>
    <w:p>
      <w:r>
        <w:t xml:space="preserve">City, State, ZIP Code: </w:t>
      </w:r>
      <w:r>
        <w:rPr>
          <w:sz w:val="20"/>
        </w:rPr>
        <w:t>__________________________________</w:t>
      </w:r>
    </w:p>
    <w:p>
      <w:r>
        <w:t xml:space="preserve">Phone Number: </w:t>
      </w:r>
      <w:r>
        <w:rPr>
          <w:sz w:val="20"/>
        </w:rPr>
        <w:t>__________________________________</w:t>
      </w:r>
    </w:p>
    <w:p>
      <w:r>
        <w:t xml:space="preserve">Email Address: </w:t>
      </w:r>
      <w:r>
        <w:rPr>
          <w:sz w:val="20"/>
        </w:rPr>
        <w:t>__________________________________</w:t>
      </w:r>
    </w:p>
    <w:p>
      <w:r>
        <w:t xml:space="preserve">Date (MM/DD/YYYY): </w:t>
      </w:r>
      <w:r>
        <w:rPr>
          <w:sz w:val="20"/>
        </w:rPr>
        <w:t>__________________________________</w:t>
      </w:r>
    </w:p>
    <w:p>
      <w:r>
        <w:t xml:space="preserve">Utility Company Name: </w:t>
      </w:r>
      <w:r>
        <w:rPr>
          <w:sz w:val="20"/>
        </w:rPr>
        <w:t>__________________________________</w:t>
      </w:r>
    </w:p>
    <w:p>
      <w:r>
        <w:t xml:space="preserve">Utility Company Address: </w:t>
      </w:r>
      <w:r>
        <w:rPr>
          <w:sz w:val="20"/>
        </w:rPr>
        <w:t>__________________________________</w:t>
      </w:r>
    </w:p>
    <w:p>
      <w:r>
        <w:t xml:space="preserve">City, State, ZIP Code (Utility): </w:t>
      </w:r>
      <w:r>
        <w:rPr>
          <w:sz w:val="20"/>
        </w:rPr>
        <w:t>__________________________________</w:t>
      </w:r>
    </w:p>
    <w:p>
      <w:r>
        <w:t xml:space="preserve">Account Number: </w:t>
      </w:r>
      <w:r>
        <w:rPr>
          <w:sz w:val="20"/>
        </w:rPr>
        <w:t>__________________________________</w:t>
      </w:r>
    </w:p>
    <w:p>
      <w:r>
        <w:t xml:space="preserve">Outstanding Balance: </w:t>
      </w:r>
      <w:r>
        <w:rPr>
          <w:sz w:val="20"/>
        </w:rPr>
        <w:t>__________________________________</w:t>
      </w:r>
    </w:p>
    <w:p>
      <w:r>
        <w:t xml:space="preserve">Reason for Hardship: </w:t>
      </w:r>
      <w:r>
        <w:rPr>
          <w:sz w:val="20"/>
        </w:rPr>
        <w:t>__________________________________</w:t>
      </w:r>
    </w:p>
    <w:p>
      <w:r>
        <w:t xml:space="preserve">Supporting Documents: </w:t>
      </w:r>
      <w:r>
        <w:rPr>
          <w:sz w:val="20"/>
        </w:rPr>
        <w:t>__________________________________</w:t>
      </w:r>
    </w:p>
    <w:p>
      <w:r>
        <w:t xml:space="preserve">Your Printed Name: </w:t>
      </w:r>
      <w:r>
        <w:rPr>
          <w:sz w:val="20"/>
        </w:rPr>
        <w:t>__________________________________</w:t>
      </w:r>
    </w:p>
    <w:p>
      <w:r>
        <w:br/>
        <w:br/>
        <w:t>Dear [Utility Company Representative or Customer Service],</w:t>
        <w:br/>
      </w:r>
    </w:p>
    <w:p>
      <w:r>
        <w:t>I am writing to formally request assistance with my utility account due to a financial hardship. My service has been [☐ disconnected / ☐ threatened with disconnection] because of an outstanding balance. I respectfully request reconnection or prevention of disconnection, enrollment in hardship programs, and a reasonable payment plan.</w:t>
      </w:r>
    </w:p>
    <w:p>
      <w:r>
        <w:t>Attached are supporting documents that show my hardship. I kindly ask for your urgent review and support to restore or maintain my utility services.</w:t>
      </w:r>
    </w:p>
    <w:p>
      <w:r>
        <w:br/>
        <w:t>Sincerely,</w:t>
        <w:br/>
        <w:br/>
        <w:t>Signature: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